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100" w:line="252" w:lineRule="auto"/>
      </w:pPr>
      <w:r>
        <w:rPr>
          <w:rFonts w:ascii="DejaVu Sans" w:hAnsi="DejaVu Sans"/>
          <w:b/>
          <w:color w:val="FFFFFF"/>
          <w:sz w:val="48"/>
        </w:rP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24257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her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4257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DejaVu Sans" w:hAnsi="DejaVu Sans"/>
          <w:b/>
          <w:color w:val="FFFFFF"/>
          <w:sz w:val="48"/>
        </w:rPr>
        <w:t>REGISTRATION FORM</w:t>
      </w:r>
    </w:p>
    <w:p>
      <w:pPr>
        <w:spacing w:before="0" w:after="200" w:line="252" w:lineRule="auto"/>
      </w:pPr>
      <w:r>
        <w:rPr>
          <w:rFonts w:ascii="DejaVu Sans" w:hAnsi="DejaVu Sans"/>
          <w:b/>
          <w:color w:val="C99BFF"/>
          <w:sz w:val="26"/>
        </w:rPr>
        <w:t>JUDO WITHOUT BARRIERS 2026</w:t>
      </w:r>
    </w:p>
    <w:p>
      <w:pPr>
        <w:spacing w:before="0" w:after="240" w:line="252" w:lineRule="auto"/>
      </w:pPr>
      <w:r>
        <w:rPr>
          <w:rFonts w:ascii="DejaVu Sans" w:hAnsi="DejaVu Sans"/>
          <w:b w:val="0"/>
          <w:color w:val="FFFFFF"/>
          <w:sz w:val="18"/>
        </w:rPr>
        <w:t>23-25 October 2026  •  Bacău  •  Narcisa Lecușanu Sports Hall</w:t>
      </w:r>
    </w:p>
    <w:p>
      <w:pPr>
        <w:spacing w:before="0" w:after="100" w:line="252" w:lineRule="auto"/>
      </w:pPr>
      <w:r>
        <w:rPr>
          <w:rFonts w:ascii="DejaVu Sans" w:hAnsi="DejaVu Sans"/>
          <w:b/>
          <w:color w:val="FFFFFF"/>
          <w:sz w:val="16"/>
        </w:rPr>
        <w:t>Send registrations via WhatsApp: Cătălina - +40 772 172 745</w:t>
      </w:r>
    </w:p>
    <w:p>
      <w:pPr>
        <w:spacing w:before="0" w:after="0" w:line="252" w:lineRule="auto"/>
      </w:pPr>
      <w:r>
        <w:rPr>
          <w:rFonts w:ascii="DejaVu Sans" w:hAnsi="DejaVu Sans"/>
          <w:b w:val="0"/>
          <w:color w:val="FFFFFF"/>
          <w:sz w:val="15"/>
        </w:rPr>
        <w:t>Complete all applicable fields and check that the categories are correct before submitting.</w:t>
      </w:r>
    </w:p>
    <w:p>
      <w:pPr>
        <w:spacing w:after="0" w:before="0" w:line="10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1   CLUB AND DELEGATION DETAILS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5340"/>
        <w:gridCol w:w="5286"/>
      </w:tblGrid>
      <w:tr>
        <w:trPr>
          <w:cantSplit/>
        </w:trPr>
        <w:tc>
          <w:tcPr>
            <w:tcW w:type="dxa" w:w="534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Full club name</w:t>
            </w:r>
          </w:p>
        </w:tc>
        <w:tc>
          <w:tcPr>
            <w:tcW w:type="dxa" w:w="528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Town / country</w:t>
            </w:r>
          </w:p>
        </w:tc>
      </w:tr>
      <w:tr>
        <w:trPr>
          <w:cantSplit/>
          <w:trHeight w:val="360" w:hRule="atLeast"/>
        </w:trPr>
        <w:tc>
          <w:tcPr>
            <w:tcW w:type="dxa" w:w="534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528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2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5340"/>
        <w:gridCol w:w="2480"/>
        <w:gridCol w:w="2806"/>
      </w:tblGrid>
      <w:tr>
        <w:trPr>
          <w:cantSplit/>
        </w:trPr>
        <w:tc>
          <w:tcPr>
            <w:tcW w:type="dxa" w:w="534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Coach / head of delegation</w:t>
            </w:r>
          </w:p>
        </w:tc>
        <w:tc>
          <w:tcPr>
            <w:tcW w:type="dxa" w:w="24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Phone</w:t>
            </w:r>
          </w:p>
        </w:tc>
        <w:tc>
          <w:tcPr>
            <w:tcW w:type="dxa" w:w="280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E-mail</w:t>
            </w:r>
          </w:p>
        </w:tc>
      </w:tr>
      <w:tr>
        <w:trPr>
          <w:cantSplit/>
          <w:trHeight w:val="360" w:hRule="atLeast"/>
        </w:trPr>
        <w:tc>
          <w:tcPr>
            <w:tcW w:type="dxa" w:w="534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4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80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Billing details: name, tax identification number, address</w:t>
            </w:r>
          </w:p>
        </w:tc>
      </w:tr>
      <w:tr>
        <w:trPr>
          <w:cantSplit/>
          <w:trHeight w:val="500" w:hRule="atLeast"/>
        </w:trPr>
        <w:tc>
          <w:tcPr>
            <w:tcW w:type="dxa" w:w="1062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54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2   DELEGATION SIZE AND PARTICIPATION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2656"/>
        <w:gridCol w:w="2656"/>
        <w:gridCol w:w="2656"/>
        <w:gridCol w:w="2656"/>
      </w:tblGrid>
      <w:tr>
        <w:trPr>
          <w:cantSplit/>
        </w:trPr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No. of athletes</w:t>
            </w:r>
          </w:p>
        </w:tc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No. of coaches</w:t>
            </w:r>
          </w:p>
        </w:tc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No. of accompanying persons</w:t>
            </w:r>
          </w:p>
        </w:tc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Total delegation</w:t>
            </w:r>
          </w:p>
        </w:tc>
      </w:tr>
      <w:tr>
        <w:trPr>
          <w:cantSplit/>
          <w:trHeight w:val="360" w:hRule="atLeast"/>
        </w:trPr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24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3440"/>
        <w:gridCol w:w="2560"/>
        <w:gridCol w:w="2560"/>
        <w:gridCol w:w="2066"/>
      </w:tblGrid>
      <w:tr>
        <w:trPr>
          <w:cantSplit/>
        </w:trPr>
        <w:tc>
          <w:tcPr>
            <w:tcW w:type="dxa" w:w="344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Individual competition</w:t>
            </w:r>
          </w:p>
        </w:tc>
        <w:tc>
          <w:tcPr>
            <w:tcW w:type="dxa" w:w="256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U16 teams</w:t>
            </w:r>
          </w:p>
        </w:tc>
        <w:tc>
          <w:tcPr>
            <w:tcW w:type="dxa" w:w="256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U18 teams</w:t>
            </w:r>
          </w:p>
        </w:tc>
        <w:tc>
          <w:tcPr>
            <w:tcW w:type="dxa" w:w="206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Individual + teams</w:t>
            </w:r>
          </w:p>
        </w:tc>
      </w:tr>
    </w:tbl>
    <w:p>
      <w:pPr>
        <w:spacing w:after="0" w:before="0" w:line="44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3   ARRIVAL, ACCOMMODATION AND MEALS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3380"/>
        <w:gridCol w:w="3380"/>
        <w:gridCol w:w="3866"/>
      </w:tblGrid>
      <w:tr>
        <w:trPr>
          <w:cantSplit/>
        </w:trPr>
        <w:tc>
          <w:tcPr>
            <w:tcW w:type="dxa" w:w="33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Arrival date and time</w:t>
            </w:r>
          </w:p>
        </w:tc>
        <w:tc>
          <w:tcPr>
            <w:tcW w:type="dxa" w:w="33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Means of transport</w:t>
            </w:r>
          </w:p>
        </w:tc>
        <w:tc>
          <w:tcPr>
            <w:tcW w:type="dxa" w:w="386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Arrival notes</w:t>
            </w:r>
          </w:p>
        </w:tc>
      </w:tr>
      <w:tr>
        <w:trPr>
          <w:cantSplit/>
          <w:trHeight w:val="360" w:hRule="atLeast"/>
        </w:trPr>
        <w:tc>
          <w:tcPr>
            <w:tcW w:type="dxa" w:w="33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33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386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2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5313"/>
        <w:gridCol w:w="5313"/>
      </w:tblGrid>
      <w:tr>
        <w:trPr>
          <w:cantSplit/>
        </w:trPr>
        <w:tc>
          <w:tcPr>
            <w:tcW w:type="dxa" w:w="5313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Accommodation required</w:t>
            </w:r>
          </w:p>
        </w:tc>
        <w:tc>
          <w:tcPr>
            <w:tcW w:type="dxa" w:w="5313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No accommodation required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3542"/>
        <w:gridCol w:w="3542"/>
        <w:gridCol w:w="3542"/>
      </w:tblGrid>
      <w:tr>
        <w:trPr>
          <w:cantSplit/>
        </w:trPr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No. of persons</w:t>
            </w:r>
          </w:p>
        </w:tc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No. of nights</w:t>
            </w:r>
          </w:p>
        </w:tc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Rooms</w:t>
            </w:r>
          </w:p>
        </w:tc>
      </w:tr>
      <w:tr>
        <w:trPr>
          <w:cantSplit/>
          <w:trHeight w:val="320" w:hRule="atLeast"/>
        </w:trPr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1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5313"/>
        <w:gridCol w:w="5313"/>
      </w:tblGrid>
      <w:tr>
        <w:trPr>
          <w:cantSplit/>
        </w:trPr>
        <w:tc>
          <w:tcPr>
            <w:tcW w:type="dxa" w:w="5313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Meals required</w:t>
            </w:r>
          </w:p>
        </w:tc>
        <w:tc>
          <w:tcPr>
            <w:tcW w:type="dxa" w:w="5313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No meals required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3542"/>
        <w:gridCol w:w="7084"/>
      </w:tblGrid>
      <w:tr>
        <w:trPr>
          <w:cantSplit/>
        </w:trPr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No. of persons</w:t>
            </w:r>
          </w:p>
        </w:tc>
        <w:tc>
          <w:tcPr>
            <w:tcW w:type="dxa" w:w="7084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Allergies / dietary requirements</w:t>
            </w:r>
          </w:p>
        </w:tc>
      </w:tr>
      <w:tr>
        <w:trPr>
          <w:cantSplit/>
          <w:trHeight w:val="320" w:hRule="atLeast"/>
        </w:trPr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7084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Additional accommodation and meal information</w:t>
            </w:r>
          </w:p>
        </w:tc>
      </w:tr>
      <w:tr>
        <w:trPr>
          <w:cantSplit/>
          <w:trHeight w:val="400" w:hRule="atLeast"/>
        </w:trPr>
        <w:tc>
          <w:tcPr>
            <w:tcW w:type="dxa" w:w="1062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2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4   FEES AND USEFUL INFORMATION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p>
      <w:pPr>
        <w:spacing w:before="0" w:after="120" w:line="252" w:lineRule="auto"/>
      </w:pPr>
      <w:r>
        <w:rPr>
          <w:rFonts w:ascii="DejaVu Sans" w:hAnsi="DejaVu Sans"/>
          <w:b w:val="0"/>
          <w:color w:val="13213B"/>
          <w:sz w:val="16"/>
        </w:rPr>
        <w:t>Individual entry fee: RON 100 / competitor / category     Team entry fee: RON 500 / team</w:t>
      </w:r>
    </w:p>
    <w:p>
      <w:pPr>
        <w:spacing w:before="0" w:after="0" w:line="252" w:lineRule="auto"/>
      </w:pPr>
      <w:r>
        <w:rPr>
          <w:rFonts w:ascii="DejaVu Sans" w:hAnsi="DejaVu Sans"/>
          <w:b w:val="0"/>
          <w:color w:val="53627A"/>
          <w:sz w:val="13"/>
        </w:rPr>
        <w:t>Accommodation / meals: Gabriela +40 791 577 044 / Raluca +40 747 832 795  •  Rules: Remus +40 760 677 977 / Simona +40 739 000 440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34"/>
              </w:rPr>
              <w:t>JUDO WITHOUT BARRIERS 2026</w:t>
            </w:r>
          </w:p>
          <w:p>
            <w:pPr>
              <w:spacing w:before="80" w:after="10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INDIVIDUAL ENTRIES - ATHLETE LIST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FFFFFF"/>
                <w:sz w:val="14"/>
              </w:rPr>
              <w:t>International tournament  |  23-25 October 2026  |  Bacău, Narcisa Lecușanu Sports Hall</w:t>
            </w:r>
          </w:p>
        </w:tc>
      </w:tr>
    </w:tbl>
    <w:p>
      <w:pPr>
        <w:spacing w:before="80" w:after="260" w:line="252" w:lineRule="auto"/>
        <w:jc w:val="right"/>
      </w:pPr>
      <w:r>
        <w:rPr>
          <w:rFonts w:ascii="DejaVu Sans" w:hAnsi="DejaVu Sans"/>
          <w:b w:val="0"/>
          <w:color w:val="53627A"/>
          <w:sz w:val="14"/>
        </w:rPr>
        <w:t>Page 2 / 5</w:t>
      </w:r>
    </w:p>
    <w:p>
      <w:pPr>
        <w:spacing w:before="0" w:after="100" w:line="252" w:lineRule="auto"/>
      </w:pPr>
      <w:r>
        <w:rPr>
          <w:rFonts w:ascii="DejaVu Sans" w:hAnsi="DejaVu Sans"/>
          <w:b w:val="0"/>
          <w:color w:val="53627A"/>
          <w:sz w:val="14"/>
        </w:rPr>
        <w:t>Enter one athlete per row. Age groups and weight categories must match the official invitation.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D9E2"/>
          <w:left w:val="single" w:sz="4" w:color="D5D9E2"/>
          <w:bottom w:val="single" w:sz="4" w:color="D5D9E2"/>
          <w:right w:val="single" w:sz="4" w:color="D5D9E2"/>
          <w:insideH w:val="single" w:sz="4" w:color="D5D9E2"/>
          <w:insideV w:val="single" w:sz="4" w:color="D5D9E2"/>
        </w:tblBorders>
      </w:tblPr>
      <w:tblGrid>
        <w:gridCol w:w="460"/>
        <w:gridCol w:w="3520"/>
        <w:gridCol w:w="940"/>
        <w:gridCol w:w="640"/>
        <w:gridCol w:w="820"/>
        <w:gridCol w:w="1000"/>
        <w:gridCol w:w="1020"/>
        <w:gridCol w:w="2226"/>
      </w:tblGrid>
      <w:tr>
        <w:trPr>
          <w:cantSplit/>
          <w:tblHeader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No.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Full name</w:t>
            </w: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Birth year</w:t>
            </w: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Sex</w:t>
            </w: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Age group</w:t>
            </w: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Cat. (kg)</w:t>
            </w: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Weight (kg)</w:t>
            </w: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Licence / notes</w:t>
            </w: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34"/>
              </w:rPr>
              <w:t>JUDO WITHOUT BARRIERS 2026</w:t>
            </w:r>
          </w:p>
          <w:p>
            <w:pPr>
              <w:spacing w:before="80" w:after="10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INDIVIDUAL ENTRIES - ATHLETE LIST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FFFFFF"/>
                <w:sz w:val="14"/>
              </w:rPr>
              <w:t>International tournament  |  23-25 October 2026  |  Bacău, Narcisa Lecușanu Sports Hall</w:t>
            </w:r>
          </w:p>
        </w:tc>
      </w:tr>
    </w:tbl>
    <w:p>
      <w:pPr>
        <w:spacing w:before="80" w:after="260" w:line="252" w:lineRule="auto"/>
        <w:jc w:val="right"/>
      </w:pPr>
      <w:r>
        <w:rPr>
          <w:rFonts w:ascii="DejaVu Sans" w:hAnsi="DejaVu Sans"/>
          <w:b w:val="0"/>
          <w:color w:val="53627A"/>
          <w:sz w:val="14"/>
        </w:rPr>
        <w:t>Page 3 / 5</w:t>
      </w:r>
    </w:p>
    <w:p>
      <w:pPr>
        <w:spacing w:before="0" w:after="100" w:line="252" w:lineRule="auto"/>
      </w:pPr>
      <w:r>
        <w:rPr>
          <w:rFonts w:ascii="DejaVu Sans" w:hAnsi="DejaVu Sans"/>
          <w:b w:val="0"/>
          <w:color w:val="53627A"/>
          <w:sz w:val="14"/>
        </w:rPr>
        <w:t>Individual entries continued - athletes no. 27-52.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D9E2"/>
          <w:left w:val="single" w:sz="4" w:color="D5D9E2"/>
          <w:bottom w:val="single" w:sz="4" w:color="D5D9E2"/>
          <w:right w:val="single" w:sz="4" w:color="D5D9E2"/>
          <w:insideH w:val="single" w:sz="4" w:color="D5D9E2"/>
          <w:insideV w:val="single" w:sz="4" w:color="D5D9E2"/>
        </w:tblBorders>
      </w:tblPr>
      <w:tblGrid>
        <w:gridCol w:w="460"/>
        <w:gridCol w:w="3520"/>
        <w:gridCol w:w="940"/>
        <w:gridCol w:w="640"/>
        <w:gridCol w:w="820"/>
        <w:gridCol w:w="1000"/>
        <w:gridCol w:w="1020"/>
        <w:gridCol w:w="2226"/>
      </w:tblGrid>
      <w:tr>
        <w:trPr>
          <w:cantSplit/>
          <w:tblHeader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No.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Full name</w:t>
            </w: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Birth year</w:t>
            </w: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Sex</w:t>
            </w: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Age group</w:t>
            </w: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Cat. (kg)</w:t>
            </w: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Weight (kg)</w:t>
            </w: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Licence / notes</w:t>
            </w: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580" w:lineRule="exact"/>
      </w:pPr>
      <w:r>
        <w:rPr>
          <w:sz w:val="2"/>
        </w:rPr>
      </w:r>
    </w:p>
    <w:p>
      <w:pPr>
        <w:spacing w:before="0" w:after="0" w:line="252" w:lineRule="auto"/>
      </w:pPr>
      <w:r>
        <w:rPr>
          <w:rFonts w:ascii="DejaVu Sans" w:hAnsi="DejaVu Sans"/>
          <w:b w:val="0"/>
          <w:color w:val="53627A"/>
          <w:sz w:val="14"/>
        </w:rPr>
        <w:t>Individual entry fee: RON 100 / competitor / category  •  Check birth years and weight categories before submitting.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34"/>
              </w:rPr>
              <w:t>JUDO WITHOUT BARRIERS 2026</w:t>
            </w:r>
          </w:p>
          <w:p>
            <w:pPr>
              <w:spacing w:before="80" w:after="10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INDIVIDUAL ENTRIES - ATHLETE LIST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FFFFFF"/>
                <w:sz w:val="14"/>
              </w:rPr>
              <w:t>International tournament  |  23-25 October 2026  |  Bacău, Narcisa Lecușanu Sports Hall</w:t>
            </w:r>
          </w:p>
        </w:tc>
      </w:tr>
    </w:tbl>
    <w:p>
      <w:pPr>
        <w:spacing w:before="80" w:after="260" w:line="252" w:lineRule="auto"/>
        <w:jc w:val="right"/>
      </w:pPr>
      <w:r>
        <w:rPr>
          <w:rFonts w:ascii="DejaVu Sans" w:hAnsi="DejaVu Sans"/>
          <w:b w:val="0"/>
          <w:color w:val="53627A"/>
          <w:sz w:val="14"/>
        </w:rPr>
        <w:t>Page 4 / 5</w:t>
      </w:r>
    </w:p>
    <w:p>
      <w:pPr>
        <w:spacing w:before="0" w:after="100" w:line="252" w:lineRule="auto"/>
      </w:pPr>
      <w:r>
        <w:rPr>
          <w:rFonts w:ascii="DejaVu Sans" w:hAnsi="DejaVu Sans"/>
          <w:b w:val="0"/>
          <w:color w:val="53627A"/>
          <w:sz w:val="14"/>
        </w:rPr>
        <w:t>Individual entries continued - athletes no. 53-70.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D9E2"/>
          <w:left w:val="single" w:sz="4" w:color="D5D9E2"/>
          <w:bottom w:val="single" w:sz="4" w:color="D5D9E2"/>
          <w:right w:val="single" w:sz="4" w:color="D5D9E2"/>
          <w:insideH w:val="single" w:sz="4" w:color="D5D9E2"/>
          <w:insideV w:val="single" w:sz="4" w:color="D5D9E2"/>
        </w:tblBorders>
      </w:tblPr>
      <w:tblGrid>
        <w:gridCol w:w="460"/>
        <w:gridCol w:w="3520"/>
        <w:gridCol w:w="940"/>
        <w:gridCol w:w="640"/>
        <w:gridCol w:w="820"/>
        <w:gridCol w:w="1000"/>
        <w:gridCol w:w="1020"/>
        <w:gridCol w:w="2226"/>
      </w:tblGrid>
      <w:tr>
        <w:trPr>
          <w:cantSplit/>
          <w:tblHeader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No.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Full name</w:t>
            </w: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Birth year</w:t>
            </w: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Sex</w:t>
            </w: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Age group</w:t>
            </w: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Cat. (kg)</w:t>
            </w: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Weight (kg)</w:t>
            </w: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Licence / notes</w:t>
            </w: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70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28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REFERENCE CATEGORIES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D9E2"/>
          <w:left w:val="single" w:sz="4" w:color="D5D9E2"/>
          <w:bottom w:val="single" w:sz="4" w:color="D5D9E2"/>
          <w:right w:val="single" w:sz="4" w:color="D5D9E2"/>
          <w:insideH w:val="single" w:sz="4" w:color="D5D9E2"/>
          <w:insideV w:val="single" w:sz="4" w:color="D5D9E2"/>
        </w:tblBorders>
      </w:tblPr>
      <w:tblGrid>
        <w:gridCol w:w="5313"/>
        <w:gridCol w:w="5313"/>
      </w:tblGrid>
      <w:tr>
        <w:trPr>
          <w:cantSplit/>
        </w:trPr>
        <w:tc>
          <w:tcPr>
            <w:tcW w:type="dxa" w:w="5313"/>
            <w:vAlign w:val="center"/>
            <w:tcMar>
              <w:top w:w="160" w:type="dxa"/>
              <w:left w:w="160" w:type="dxa"/>
              <w:bottom w:w="160" w:type="dxa"/>
              <w:right w:w="160" w:type="dxa"/>
            </w:tcMar>
            <w:shd w:fill="F4F5FA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6530A6"/>
                <w:sz w:val="16"/>
              </w:rPr>
              <w:t>U10 (2017-2019)</w:t>
            </w:r>
          </w:p>
          <w:p>
            <w:pPr>
              <w:spacing w:before="18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F: 21, 25, 28, 32, 36, 40, 44, +44 kg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M: 24, 27, 30, 34, 38, 42, 46, +46 kg</w:t>
            </w:r>
          </w:p>
        </w:tc>
        <w:tc>
          <w:tcPr>
            <w:tcW w:type="dxa" w:w="5313"/>
            <w:vAlign w:val="center"/>
            <w:tcMar>
              <w:top w:w="160" w:type="dxa"/>
              <w:left w:w="160" w:type="dxa"/>
              <w:bottom w:w="160" w:type="dxa"/>
              <w:right w:w="160" w:type="dxa"/>
            </w:tcMar>
            <w:shd w:fill="F4F5FA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6530A6"/>
                <w:sz w:val="16"/>
              </w:rPr>
              <w:t>U12 (2015-2016)</w:t>
            </w:r>
          </w:p>
          <w:p>
            <w:pPr>
              <w:spacing w:before="18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F: 25, 28, 32, 36, 40, 44, 48, 52, +52 kg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M: 27, 30, 34, 38, 42, 46, 50, 55, 60, +60 kg</w:t>
            </w:r>
          </w:p>
        </w:tc>
      </w:tr>
      <w:tr>
        <w:trPr>
          <w:cantSplit/>
        </w:trPr>
        <w:tc>
          <w:tcPr>
            <w:tcW w:type="dxa" w:w="5313"/>
            <w:vAlign w:val="center"/>
            <w:tcMar>
              <w:top w:w="160" w:type="dxa"/>
              <w:left w:w="160" w:type="dxa"/>
              <w:bottom w:w="160" w:type="dxa"/>
              <w:right w:w="160" w:type="dxa"/>
            </w:tcMar>
            <w:shd w:fill="F4F5FA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6530A6"/>
                <w:sz w:val="16"/>
              </w:rPr>
              <w:t>U14 (2013-2014)</w:t>
            </w:r>
          </w:p>
          <w:p>
            <w:pPr>
              <w:spacing w:before="18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F: 28, 32, 36, 40, 44, 48, 52, 57, 63, +63 kg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M: 34, 38, 42, 46, 50, 55, 60, 66, 73, +73 kg</w:t>
            </w:r>
          </w:p>
        </w:tc>
        <w:tc>
          <w:tcPr>
            <w:tcW w:type="dxa" w:w="5313"/>
            <w:vAlign w:val="center"/>
            <w:tcMar>
              <w:top w:w="160" w:type="dxa"/>
              <w:left w:w="160" w:type="dxa"/>
              <w:bottom w:w="160" w:type="dxa"/>
              <w:right w:w="160" w:type="dxa"/>
            </w:tcMar>
            <w:shd w:fill="F4F5FA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6530A6"/>
                <w:sz w:val="16"/>
              </w:rPr>
              <w:t>U16 (2011-2012)</w:t>
            </w:r>
          </w:p>
          <w:p>
            <w:pPr>
              <w:spacing w:before="18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F: 32, 36, 40, 44, 48, 52, 57, 63, 70, +70 kg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M: 42, 46, 50, 55, 60, 66, 73, 81, 90, +90 kg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34"/>
              </w:rPr>
              <w:t>JUDO WITHOUT BARRIERS 2026</w:t>
            </w:r>
          </w:p>
          <w:p>
            <w:pPr>
              <w:spacing w:before="80" w:after="10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TEAM COMPETITION AND CONFIRMATIONS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FFFFFF"/>
                <w:sz w:val="14"/>
              </w:rPr>
              <w:t>International tournament  |  23-25 October 2026  |  Bacău, Narcisa Lecușanu Sports Hall</w:t>
            </w:r>
          </w:p>
        </w:tc>
      </w:tr>
    </w:tbl>
    <w:p>
      <w:pPr>
        <w:spacing w:before="80" w:after="260" w:line="252" w:lineRule="auto"/>
        <w:jc w:val="right"/>
      </w:pPr>
      <w:r>
        <w:rPr>
          <w:rFonts w:ascii="DejaVu Sans" w:hAnsi="DejaVu Sans"/>
          <w:b w:val="0"/>
          <w:color w:val="53627A"/>
          <w:sz w:val="14"/>
        </w:rPr>
        <w:t>Page 5 / 5</w:t>
      </w:r>
    </w:p>
    <w:p>
      <w:pPr>
        <w:spacing w:before="0" w:after="180" w:line="252" w:lineRule="auto"/>
        <w:jc w:val="center"/>
      </w:pPr>
      <w:r>
        <w:rPr>
          <w:rFonts w:ascii="DejaVu Sans" w:hAnsi="DejaVu Sans"/>
          <w:b/>
          <w:color w:val="6530A6"/>
          <w:sz w:val="16"/>
        </w:rPr>
        <w:t>Sunday, 25 October 2026, 10:00 • Entry fee: RON 500 / team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D9E2"/>
          <w:left w:val="single" w:sz="4" w:color="D5D9E2"/>
          <w:bottom w:val="single" w:sz="4" w:color="D5D9E2"/>
          <w:right w:val="single" w:sz="4" w:color="D5D9E2"/>
          <w:insideH w:val="single" w:sz="4" w:color="D5D9E2"/>
          <w:insideV w:val="single" w:sz="4" w:color="D5D9E2"/>
        </w:tblBorders>
      </w:tblPr>
      <w:tblGrid>
        <w:gridCol w:w="1040"/>
        <w:gridCol w:w="3020"/>
        <w:gridCol w:w="1040"/>
        <w:gridCol w:w="420"/>
        <w:gridCol w:w="1040"/>
        <w:gridCol w:w="3020"/>
        <w:gridCol w:w="1040"/>
      </w:tblGrid>
      <w:tr>
        <w:trPr>
          <w:cantSplit/>
        </w:trPr>
        <w:tc>
          <w:tcPr>
            <w:tcW w:type="dxa" w:w="5100"/>
            <w:vAlign w:val="center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shd w:fill="6530A6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U16 TEAM       2011, 2012, 2013</w:t>
            </w: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5100"/>
            <w:vAlign w:val="center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shd w:fill="6530A6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U18 TEAM       2009-2011</w:t>
            </w:r>
          </w:p>
        </w:tc>
      </w:tr>
      <w:tr>
        <w:trPr>
          <w:cantSplit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Full name</w:t>
            </w: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Birth year</w:t>
            </w: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Full name</w:t>
            </w: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Birth year</w:t>
            </w: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M 46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M 55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M 60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M 73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M +73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M +90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F 44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F 48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F 57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F 63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F +70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F +70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6530A6"/>
                <w:sz w:val="15"/>
              </w:rPr>
              <w:t>RES. 1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6530A6"/>
                <w:sz w:val="15"/>
              </w:rPr>
              <w:t>RES. 1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6530A6"/>
                <w:sz w:val="15"/>
              </w:rPr>
              <w:t>RES. 2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6530A6"/>
                <w:sz w:val="15"/>
              </w:rPr>
              <w:t>RES. 2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3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1   MANDATORY CONFIRMATIONS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p>
      <w:pPr>
        <w:spacing w:before="0" w:after="260" w:line="252" w:lineRule="auto"/>
      </w:pPr>
      <w:r>
        <w:rPr>
          <w:rFonts w:ascii="DejaVu Sans" w:hAnsi="DejaVu Sans"/>
          <w:b w:val="0"/>
          <w:color w:val="13213B"/>
          <w:sz w:val="14"/>
        </w:rPr>
        <w:t>☐  I confirm that all registered athletes hold the required documents, medical clearances and annual licence validations.</w:t>
      </w:r>
    </w:p>
    <w:p>
      <w:pPr>
        <w:spacing w:before="0" w:after="260" w:line="252" w:lineRule="auto"/>
      </w:pPr>
      <w:r>
        <w:rPr>
          <w:rFonts w:ascii="DejaVu Sans" w:hAnsi="DejaVu Sans"/>
          <w:b w:val="0"/>
          <w:color w:val="13213B"/>
          <w:sz w:val="14"/>
        </w:rPr>
        <w:t>☐  I confirm that I have read the competition rules and the current regulations of the Romanian Judo Federation.</w:t>
      </w:r>
    </w:p>
    <w:p>
      <w:pPr>
        <w:spacing w:before="0" w:after="260" w:line="252" w:lineRule="auto"/>
      </w:pPr>
      <w:r>
        <w:rPr>
          <w:rFonts w:ascii="DejaVu Sans" w:hAnsi="DejaVu Sans"/>
          <w:b w:val="0"/>
          <w:color w:val="13213B"/>
          <w:sz w:val="14"/>
        </w:rPr>
        <w:t>☐  I accept responsibility for my delegation, including its members' documentation and conduct.</w:t>
      </w:r>
    </w:p>
    <w:p>
      <w:pPr>
        <w:spacing w:before="0" w:after="260" w:line="252" w:lineRule="auto"/>
      </w:pPr>
      <w:r>
        <w:rPr>
          <w:rFonts w:ascii="DejaVu Sans" w:hAnsi="DejaVu Sans"/>
          <w:b w:val="0"/>
          <w:color w:val="13213B"/>
          <w:sz w:val="14"/>
        </w:rPr>
        <w:t>☐  I confirm that the information provided in this form is accurate and may be used to organise the competition.</w:t>
      </w:r>
    </w:p>
    <w:p>
      <w:pPr>
        <w:spacing w:after="0" w:before="0" w:line="8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2   HEAD OF DELEGATION SIGNATURE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4680"/>
        <w:gridCol w:w="2120"/>
        <w:gridCol w:w="2160"/>
        <w:gridCol w:w="1666"/>
      </w:tblGrid>
      <w:tr>
        <w:trPr>
          <w:cantSplit/>
        </w:trPr>
        <w:tc>
          <w:tcPr>
            <w:tcW w:type="dxa" w:w="46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Full name</w:t>
            </w:r>
          </w:p>
        </w:tc>
        <w:tc>
          <w:tcPr>
            <w:tcW w:type="dxa" w:w="212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Date</w:t>
            </w:r>
          </w:p>
        </w:tc>
        <w:tc>
          <w:tcPr>
            <w:tcW w:type="dxa" w:w="216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Town / city</w:t>
            </w:r>
          </w:p>
        </w:tc>
        <w:tc>
          <w:tcPr>
            <w:tcW w:type="dxa" w:w="166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Signature</w:t>
            </w:r>
          </w:p>
        </w:tc>
      </w:tr>
      <w:tr>
        <w:trPr>
          <w:cantSplit/>
          <w:trHeight w:val="380" w:hRule="atLeast"/>
        </w:trPr>
        <w:tc>
          <w:tcPr>
            <w:tcW w:type="dxa" w:w="46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12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16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66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560" w:lineRule="exact"/>
      </w:pPr>
      <w:r>
        <w:rPr>
          <w:sz w:val="2"/>
        </w:rPr>
      </w:r>
    </w:p>
    <w:p>
      <w:pPr>
        <w:spacing w:before="0" w:after="200" w:line="252" w:lineRule="auto"/>
      </w:pPr>
      <w:r>
        <w:rPr>
          <w:rFonts w:ascii="DejaVu Sans" w:hAnsi="DejaVu Sans"/>
          <w:b w:val="0"/>
          <w:color w:val="13213B"/>
          <w:sz w:val="16"/>
        </w:rPr>
        <w:t>Submit this form via WhatsApp: Cătălina +40 772 172 745</w:t>
      </w:r>
    </w:p>
    <w:p>
      <w:pPr>
        <w:spacing w:before="0" w:after="0" w:line="252" w:lineRule="auto"/>
      </w:pPr>
      <w:r>
        <w:rPr>
          <w:rFonts w:ascii="DejaVu Sans" w:hAnsi="DejaVu Sans"/>
          <w:b w:val="0"/>
          <w:color w:val="53627A"/>
          <w:sz w:val="14"/>
        </w:rPr>
        <w:t>Questions about fees, entries and categories: Andreea +40 748 534 115 / Cătălina +40 772 172 745</w:t>
      </w:r>
    </w:p>
    <w:sectPr w:rsidR="00FC693F" w:rsidRPr="0006063C" w:rsidSect="00034616">
      <w:footerReference w:type="default" r:id="rId9"/>
      <w:pgSz w:w="11906" w:h="16838"/>
      <w:pgMar w:top="760" w:right="640" w:bottom="640" w:left="640" w:header="720" w:footer="2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626" w:val="right"/>
      </w:tabs>
      <w:spacing w:before="0" w:after="0" w:line="252" w:lineRule="auto"/>
    </w:pPr>
    <w:r>
      <w:rPr>
        <w:rFonts w:ascii="DejaVu Sans" w:hAnsi="DejaVu Sans"/>
        <w:b w:val="0"/>
        <w:color w:val="53627A"/>
        <w:sz w:val="14"/>
      </w:rPr>
      <w:t>Facebook / Instagram: bronxsportclub</w:t>
      <w:tab/>
      <w:t>www.bronxbacau.com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DejaVu Sans" w:hAnsi="DejaVu San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 - JUDO WITHOUT BARRIERS 2026</dc:title>
  <dc:subject/>
  <dc:creator>ACS Bronx Powerlifting Club Bacău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