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100" w:line="252" w:lineRule="auto"/>
      </w:pPr>
      <w:r>
        <w:rPr>
          <w:rFonts w:ascii="DejaVu Sans" w:hAnsi="DejaVu Sans"/>
          <w:b/>
          <w:color w:val="FFFFFF"/>
          <w:sz w:val="48"/>
        </w:rPr>
        <w:drawing>
          <wp:anchor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24257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her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4257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DejaVu Sans" w:hAnsi="DejaVu Sans"/>
          <w:b/>
          <w:color w:val="FFFFFF"/>
          <w:sz w:val="48"/>
        </w:rPr>
        <w:t>FORMULAR DE ÎNSCRIERE</w:t>
      </w:r>
    </w:p>
    <w:p>
      <w:pPr>
        <w:spacing w:before="0" w:after="200" w:line="252" w:lineRule="auto"/>
      </w:pPr>
      <w:r>
        <w:rPr>
          <w:rFonts w:ascii="DejaVu Sans" w:hAnsi="DejaVu Sans"/>
          <w:b/>
          <w:color w:val="C99BFF"/>
          <w:sz w:val="26"/>
        </w:rPr>
        <w:t>JUDO FĂRĂ BARIERE 2026</w:t>
      </w:r>
    </w:p>
    <w:p>
      <w:pPr>
        <w:spacing w:before="0" w:after="240" w:line="252" w:lineRule="auto"/>
      </w:pPr>
      <w:r>
        <w:rPr>
          <w:rFonts w:ascii="DejaVu Sans" w:hAnsi="DejaVu Sans"/>
          <w:b w:val="0"/>
          <w:color w:val="FFFFFF"/>
          <w:sz w:val="18"/>
        </w:rPr>
        <w:t>23-25 octombrie 2026  •  Bacău  •  Sala Narcisa Lecușanu</w:t>
      </w:r>
    </w:p>
    <w:p>
      <w:pPr>
        <w:spacing w:before="0" w:after="100" w:line="252" w:lineRule="auto"/>
      </w:pPr>
      <w:r>
        <w:rPr>
          <w:rFonts w:ascii="DejaVu Sans" w:hAnsi="DejaVu Sans"/>
          <w:b/>
          <w:color w:val="FFFFFF"/>
          <w:sz w:val="16"/>
        </w:rPr>
        <w:t>Înscrierile se transmit pe WhatsApp: Cătălina - 0772 172 745</w:t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FFFFFF"/>
          <w:sz w:val="15"/>
        </w:rPr>
        <w:t>Completați toate câmpurile aplicabile și verificați corectitudinea categoriilor înainte de trimitere.</w:t>
      </w:r>
    </w:p>
    <w:p>
      <w:pPr>
        <w:spacing w:after="0" w:before="0" w:line="10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1   DATELE CLUBULUI ȘI ALE DELEGAȚIEI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40"/>
        <w:gridCol w:w="5286"/>
      </w:tblGrid>
      <w:tr>
        <w:trPr>
          <w:cantSplit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Denumirea completă a clubului</w:t>
            </w:r>
          </w:p>
        </w:tc>
        <w:tc>
          <w:tcPr>
            <w:tcW w:type="dxa" w:w="528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Localitate / țară</w:t>
            </w:r>
          </w:p>
        </w:tc>
      </w:tr>
      <w:tr>
        <w:trPr>
          <w:cantSplit/>
          <w:trHeight w:val="360" w:hRule="atLeast"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528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40"/>
        <w:gridCol w:w="2480"/>
        <w:gridCol w:w="2806"/>
      </w:tblGrid>
      <w:tr>
        <w:trPr>
          <w:cantSplit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Antrenor / conducător delegație</w:t>
            </w:r>
          </w:p>
        </w:tc>
        <w:tc>
          <w:tcPr>
            <w:tcW w:type="dxa" w:w="24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Telefon</w:t>
            </w:r>
          </w:p>
        </w:tc>
        <w:tc>
          <w:tcPr>
            <w:tcW w:type="dxa" w:w="280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E-mail</w:t>
            </w:r>
          </w:p>
        </w:tc>
      </w:tr>
      <w:tr>
        <w:trPr>
          <w:cantSplit/>
          <w:trHeight w:val="360" w:hRule="atLeast"/>
        </w:trPr>
        <w:tc>
          <w:tcPr>
            <w:tcW w:type="dxa" w:w="53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4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80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Date de facturare: denumire, CUI/CIF, adresă</w:t>
            </w:r>
          </w:p>
        </w:tc>
      </w:tr>
      <w:tr>
        <w:trPr>
          <w:cantSplit/>
          <w:trHeight w:val="500" w:hRule="atLeast"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54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2   COMPONENȚA ȘI PARTICIPAREA DELEGAȚIEI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2656"/>
        <w:gridCol w:w="2656"/>
        <w:gridCol w:w="2656"/>
        <w:gridCol w:w="2656"/>
      </w:tblGrid>
      <w:tr>
        <w:trPr>
          <w:cantSplit/>
        </w:trPr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Nr. sportivi</w:t>
            </w: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Nr. antrenori</w:t>
            </w: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Nr. însoțitori</w:t>
            </w: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Total delegație</w:t>
            </w:r>
          </w:p>
        </w:tc>
      </w:tr>
      <w:tr>
        <w:trPr>
          <w:cantSplit/>
          <w:trHeight w:val="360" w:hRule="atLeast"/>
        </w:trPr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65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4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440"/>
        <w:gridCol w:w="2560"/>
        <w:gridCol w:w="2560"/>
        <w:gridCol w:w="2066"/>
      </w:tblGrid>
      <w:tr>
        <w:trPr>
          <w:cantSplit/>
        </w:trPr>
        <w:tc>
          <w:tcPr>
            <w:tcW w:type="dxa" w:w="344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Competiție individuală</w:t>
            </w:r>
          </w:p>
        </w:tc>
        <w:tc>
          <w:tcPr>
            <w:tcW w:type="dxa" w:w="25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Echipe U16</w:t>
            </w:r>
          </w:p>
        </w:tc>
        <w:tc>
          <w:tcPr>
            <w:tcW w:type="dxa" w:w="25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Echipe U18</w:t>
            </w:r>
          </w:p>
        </w:tc>
        <w:tc>
          <w:tcPr>
            <w:tcW w:type="dxa" w:w="20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Individual + echipe</w:t>
            </w:r>
          </w:p>
        </w:tc>
      </w:tr>
    </w:tbl>
    <w:p>
      <w:pPr>
        <w:spacing w:after="0" w:before="0" w:line="44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3   SOSIRE, CAZARE ȘI MASĂ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380"/>
        <w:gridCol w:w="3380"/>
        <w:gridCol w:w="3866"/>
      </w:tblGrid>
      <w:tr>
        <w:trPr>
          <w:cantSplit/>
        </w:trPr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Data și ora sosirii</w:t>
            </w:r>
          </w:p>
        </w:tc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Mijloc de transport</w:t>
            </w:r>
          </w:p>
        </w:tc>
        <w:tc>
          <w:tcPr>
            <w:tcW w:type="dxa" w:w="38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Observații sosire</w:t>
            </w:r>
          </w:p>
        </w:tc>
      </w:tr>
      <w:tr>
        <w:trPr>
          <w:cantSplit/>
          <w:trHeight w:val="360" w:hRule="atLeast"/>
        </w:trPr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3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8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13"/>
        <w:gridCol w:w="5313"/>
      </w:tblGrid>
      <w:tr>
        <w:trPr>
          <w:cantSplit/>
        </w:trPr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Solicităm cazare</w:t>
            </w:r>
          </w:p>
        </w:tc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Nu solicităm cazare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542"/>
        <w:gridCol w:w="3542"/>
        <w:gridCol w:w="3542"/>
      </w:tblGrid>
      <w:tr>
        <w:trPr>
          <w:cantSplit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Nr. persoane</w:t>
            </w: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Nr. nopți</w:t>
            </w: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Camere</w:t>
            </w:r>
          </w:p>
        </w:tc>
      </w:tr>
      <w:tr>
        <w:trPr>
          <w:cantSplit/>
          <w:trHeight w:val="320" w:hRule="atLeast"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1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5313"/>
        <w:gridCol w:w="5313"/>
      </w:tblGrid>
      <w:tr>
        <w:trPr>
          <w:cantSplit/>
        </w:trPr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Solicităm masă</w:t>
            </w:r>
          </w:p>
        </w:tc>
        <w:tc>
          <w:tcPr>
            <w:tcW w:type="dxa" w:w="5313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4"/>
              </w:rPr>
              <w:t>☐  Nu solicităm masă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3542"/>
        <w:gridCol w:w="7084"/>
      </w:tblGrid>
      <w:tr>
        <w:trPr>
          <w:cantSplit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Nr. persoane</w:t>
            </w:r>
          </w:p>
        </w:tc>
        <w:tc>
          <w:tcPr>
            <w:tcW w:type="dxa" w:w="7084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Alergii / regim alimentar</w:t>
            </w:r>
          </w:p>
        </w:tc>
      </w:tr>
      <w:tr>
        <w:trPr>
          <w:cantSplit/>
          <w:trHeight w:val="320" w:hRule="atLeast"/>
        </w:trPr>
        <w:tc>
          <w:tcPr>
            <w:tcW w:type="dxa" w:w="3542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7084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Alte informații privind cazarea și masa</w:t>
            </w:r>
          </w:p>
        </w:tc>
      </w:tr>
      <w:tr>
        <w:trPr>
          <w:cantSplit/>
          <w:trHeight w:val="400" w:hRule="atLeast"/>
        </w:trPr>
        <w:tc>
          <w:tcPr>
            <w:tcW w:type="dxa" w:w="1062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4   TAXE ȘI INFORMAȚII UTILE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p>
      <w:pPr>
        <w:spacing w:before="0" w:after="120" w:line="252" w:lineRule="auto"/>
      </w:pPr>
      <w:r>
        <w:rPr>
          <w:rFonts w:ascii="DejaVu Sans" w:hAnsi="DejaVu Sans"/>
          <w:b w:val="0"/>
          <w:color w:val="13213B"/>
          <w:sz w:val="16"/>
        </w:rPr>
        <w:t>Taxă individuală: 100 lei / competitor / categorie     Taxă echipă: 500 lei / echipă</w:t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53627A"/>
          <w:sz w:val="13"/>
        </w:rPr>
        <w:t>Cazare și masă: Gabriela 0791 577 044 / Raluca 0747 832 795    •    Regulament: Remus 0760 677 977 / Simona 0739 000 440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FĂRĂ BARIERE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LISTA SPORTIVILOR - INDIVIDUAL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Turneu internațional  |  23-25 octombrie 2026  |  Bacău, Sala Narcisa Lecușanu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Pagina 2 / 5</w:t>
      </w:r>
    </w:p>
    <w:p>
      <w:pPr>
        <w:spacing w:before="0" w:after="100" w:line="252" w:lineRule="auto"/>
      </w:pPr>
      <w:r>
        <w:rPr>
          <w:rFonts w:ascii="DejaVu Sans" w:hAnsi="DejaVu Sans"/>
          <w:b w:val="0"/>
          <w:color w:val="53627A"/>
          <w:sz w:val="14"/>
        </w:rPr>
        <w:t>Completați câte un rând pentru fiecare sportiv. Categoria de vârstă și categoria de greutate trebuie să corespundă invitației oficiale.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460"/>
        <w:gridCol w:w="3520"/>
        <w:gridCol w:w="940"/>
        <w:gridCol w:w="640"/>
        <w:gridCol w:w="820"/>
        <w:gridCol w:w="1000"/>
        <w:gridCol w:w="1020"/>
        <w:gridCol w:w="2226"/>
      </w:tblGrid>
      <w:tr>
        <w:trPr>
          <w:cantSplit/>
          <w:tblHeader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Nr.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Nume și prenume</w:t>
            </w: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An</w:t>
            </w: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Sex</w:t>
            </w: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U</w:t>
            </w: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Cat. kg</w:t>
            </w: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Kg actuale</w:t>
            </w: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Licență / observații</w:t>
            </w: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19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FĂRĂ BARIERE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LISTA SPORTIVILOR - INDIVIDUAL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Turneu internațional  |  23-25 octombrie 2026  |  Bacău, Sala Narcisa Lecușanu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Pagina 3 / 5</w:t>
      </w:r>
    </w:p>
    <w:p>
      <w:pPr>
        <w:spacing w:before="0" w:after="100" w:line="252" w:lineRule="auto"/>
      </w:pPr>
      <w:r>
        <w:rPr>
          <w:rFonts w:ascii="DejaVu Sans" w:hAnsi="DejaVu Sans"/>
          <w:b w:val="0"/>
          <w:color w:val="53627A"/>
          <w:sz w:val="14"/>
        </w:rPr>
        <w:t>Continuarea listei pentru înscrieri individuale - sportivii nr. 27-52.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460"/>
        <w:gridCol w:w="3520"/>
        <w:gridCol w:w="940"/>
        <w:gridCol w:w="640"/>
        <w:gridCol w:w="820"/>
        <w:gridCol w:w="1000"/>
        <w:gridCol w:w="1020"/>
        <w:gridCol w:w="2226"/>
      </w:tblGrid>
      <w:tr>
        <w:trPr>
          <w:cantSplit/>
          <w:tblHeader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Nr.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Nume și prenume</w:t>
            </w: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An</w:t>
            </w: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Sex</w:t>
            </w: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U</w:t>
            </w: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Cat. kg</w:t>
            </w: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Kg actuale</w:t>
            </w: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Licență / observații</w:t>
            </w: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29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39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49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580" w:lineRule="exact"/>
      </w:pPr>
      <w:r>
        <w:rPr>
          <w:sz w:val="2"/>
        </w:rPr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53627A"/>
          <w:sz w:val="14"/>
        </w:rPr>
        <w:t>Taxă individuală: 100 lei / competitor / categorie    •    Verificați anul nașterii și categoria de greutate înainte de trimitere.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FĂRĂ BARIERE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LISTA SPORTIVILOR - INDIVIDUAL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Turneu internațional  |  23-25 octombrie 2026  |  Bacău, Sala Narcisa Lecușanu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Pagina 4 / 5</w:t>
      </w:r>
    </w:p>
    <w:p>
      <w:pPr>
        <w:spacing w:before="0" w:after="100" w:line="252" w:lineRule="auto"/>
      </w:pPr>
      <w:r>
        <w:rPr>
          <w:rFonts w:ascii="DejaVu Sans" w:hAnsi="DejaVu Sans"/>
          <w:b w:val="0"/>
          <w:color w:val="53627A"/>
          <w:sz w:val="14"/>
        </w:rPr>
        <w:t>Continuarea listei pentru înscrieri individuale - sportivii nr. 53-70.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460"/>
        <w:gridCol w:w="3520"/>
        <w:gridCol w:w="940"/>
        <w:gridCol w:w="640"/>
        <w:gridCol w:w="820"/>
        <w:gridCol w:w="1000"/>
        <w:gridCol w:w="1020"/>
        <w:gridCol w:w="2226"/>
      </w:tblGrid>
      <w:tr>
        <w:trPr>
          <w:cantSplit/>
          <w:tblHeader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Nr.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Nume și prenume</w:t>
            </w: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An</w:t>
            </w: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Sex</w:t>
            </w: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U</w:t>
            </w: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Cat. kg</w:t>
            </w: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Kg actuale</w:t>
            </w: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081B38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FFFFFF"/>
                <w:sz w:val="12"/>
              </w:rPr>
              <w:t>Licență / observații</w:t>
            </w: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59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61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62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63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64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65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66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67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68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69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290" w:hRule="atLeast"/>
        </w:trPr>
        <w:tc>
          <w:tcPr>
            <w:tcW w:type="dxa" w:w="46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53627A"/>
                <w:sz w:val="14"/>
              </w:rPr>
              <w:t>70</w:t>
            </w:r>
          </w:p>
        </w:tc>
        <w:tc>
          <w:tcPr>
            <w:tcW w:type="dxa" w:w="35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9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6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8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0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2226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28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CATEGORII DE REFERINȚĂ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5313"/>
        <w:gridCol w:w="5313"/>
      </w:tblGrid>
      <w:tr>
        <w:trPr>
          <w:cantSplit/>
        </w:trPr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U10 (2017-2019)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21, 25, 28, 32, 36, 40, 44, +44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24, 27, 30, 34, 38, 42, 46, +46 kg</w:t>
            </w:r>
          </w:p>
        </w:tc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U12 (2015-2016)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25, 28, 32, 36, 40, 44, 48, 52, +52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27, 30, 34, 38, 42, 46, 50, 55, 60, +60 kg</w:t>
            </w:r>
          </w:p>
        </w:tc>
      </w:tr>
      <w:tr>
        <w:trPr>
          <w:cantSplit/>
        </w:trPr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U14 (2013-2014)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28, 32, 36, 40, 44, 48, 52, 57, 63, +63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34, 38, 42, 46, 50, 55, 60, 66, 73, +73 kg</w:t>
            </w:r>
          </w:p>
        </w:tc>
        <w:tc>
          <w:tcPr>
            <w:tcW w:type="dxa" w:w="5313"/>
            <w:vAlign w:val="center"/>
            <w:tcMar>
              <w:top w:w="160" w:type="dxa"/>
              <w:left w:w="160" w:type="dxa"/>
              <w:bottom w:w="160" w:type="dxa"/>
              <w:right w:w="160" w:type="dxa"/>
            </w:tcMar>
            <w:shd w:fill="F4F5FA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6530A6"/>
                <w:sz w:val="16"/>
              </w:rPr>
              <w:t>U16 (2011-2012)</w:t>
            </w:r>
          </w:p>
          <w:p>
            <w:pPr>
              <w:spacing w:before="18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F: 32, 36, 40, 44, 48, 52, 57, 63, 70, +70 kg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13213B"/>
                <w:sz w:val="13"/>
              </w:rPr>
              <w:t>M: 42, 46, 50, 55, 60, 66, 73, 81, 90, +90 kg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34"/>
              </w:rPr>
              <w:t>JUDO FĂRĂ BARIERE 2026</w:t>
            </w:r>
          </w:p>
          <w:p>
            <w:pPr>
              <w:spacing w:before="80" w:after="10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COMPETIȚIA PE ECHIPE ȘI CONFIRMĂRI</w:t>
            </w:r>
          </w:p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FFFFFF"/>
                <w:sz w:val="14"/>
              </w:rPr>
              <w:t>Turneu internațional  |  23-25 octombrie 2026  |  Bacău, Sala Narcisa Lecușanu</w:t>
            </w:r>
          </w:p>
        </w:tc>
      </w:tr>
    </w:tbl>
    <w:p>
      <w:pPr>
        <w:spacing w:before="80" w:after="260" w:line="252" w:lineRule="auto"/>
        <w:jc w:val="right"/>
      </w:pPr>
      <w:r>
        <w:rPr>
          <w:rFonts w:ascii="DejaVu Sans" w:hAnsi="DejaVu Sans"/>
          <w:b w:val="0"/>
          <w:color w:val="53627A"/>
          <w:sz w:val="14"/>
        </w:rPr>
        <w:t>Pagina 5 / 5</w:t>
      </w:r>
    </w:p>
    <w:p>
      <w:pPr>
        <w:spacing w:before="0" w:after="180" w:line="252" w:lineRule="auto"/>
        <w:jc w:val="center"/>
      </w:pPr>
      <w:r>
        <w:rPr>
          <w:rFonts w:ascii="DejaVu Sans" w:hAnsi="DejaVu Sans"/>
          <w:b/>
          <w:color w:val="6530A6"/>
          <w:sz w:val="16"/>
        </w:rPr>
        <w:t>Duminică, 25 octombrie 2026, ora 10:00 • Taxă: 500 lei / echipă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5D9E2"/>
          <w:left w:val="single" w:sz="4" w:color="D5D9E2"/>
          <w:bottom w:val="single" w:sz="4" w:color="D5D9E2"/>
          <w:right w:val="single" w:sz="4" w:color="D5D9E2"/>
          <w:insideH w:val="single" w:sz="4" w:color="D5D9E2"/>
          <w:insideV w:val="single" w:sz="4" w:color="D5D9E2"/>
        </w:tblBorders>
      </w:tblPr>
      <w:tblGrid>
        <w:gridCol w:w="1040"/>
        <w:gridCol w:w="3020"/>
        <w:gridCol w:w="1040"/>
        <w:gridCol w:w="420"/>
        <w:gridCol w:w="1040"/>
        <w:gridCol w:w="3020"/>
        <w:gridCol w:w="1040"/>
      </w:tblGrid>
      <w:tr>
        <w:trPr>
          <w:cantSplit/>
        </w:trPr>
        <w:tc>
          <w:tcPr>
            <w:tcW w:type="dxa" w:w="5100"/>
            <w:vAlign w:val="center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shd w:fill="6530A6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ECHIPĂ U16       2011, 2012, 2013</w:t>
            </w: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5100"/>
            <w:vAlign w:val="center"/>
            <w:gridSpan w:val="3"/>
            <w:tcMar>
              <w:top w:w="60" w:type="dxa"/>
              <w:left w:w="60" w:type="dxa"/>
              <w:bottom w:w="60" w:type="dxa"/>
              <w:right w:w="60" w:type="dxa"/>
            </w:tcMar>
            <w:shd w:fill="6530A6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ECHIPĂ U18       2009-2011</w:t>
            </w:r>
          </w:p>
        </w:tc>
      </w:tr>
      <w:tr>
        <w:trPr>
          <w:cantSplit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Nume și prenume</w:t>
            </w: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An</w:t>
            </w: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Nume și prenume</w:t>
            </w: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An</w:t>
            </w: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46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55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60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73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+73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M +90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44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48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57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63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+70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13213B"/>
                <w:sz w:val="15"/>
              </w:rPr>
              <w:t>F +70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4F5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REZ. 1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REZ. 1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</w:tr>
      <w:tr>
        <w:trPr>
          <w:cantSplit/>
          <w:trHeight w:val="580" w:hRule="atLeast"/>
        </w:trPr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REZ. 2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4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  <w:jc w:val="center"/>
            </w:pPr>
            <w:r>
              <w:rPr>
                <w:rFonts w:ascii="DejaVu Sans" w:hAnsi="DejaVu Sans"/>
                <w:b/>
                <w:color w:val="6530A6"/>
                <w:sz w:val="15"/>
              </w:rPr>
              <w:t>REZ. 2</w:t>
            </w:r>
          </w:p>
        </w:tc>
        <w:tc>
          <w:tcPr>
            <w:tcW w:type="dxa" w:w="302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  <w:tc>
          <w:tcPr>
            <w:tcW w:type="dxa" w:w="1040"/>
            <w:vAlign w:val="center"/>
            <w:tcMar>
              <w:top w:w="60" w:type="dxa"/>
              <w:left w:w="60" w:type="dxa"/>
              <w:bottom w:w="60" w:type="dxa"/>
              <w:right w:w="60" w:type="dxa"/>
            </w:tcMar>
            <w:shd w:fill="F0E9FA"/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30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1   CONFIRMĂRI OBLIGATORII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Confirm că sportivii înscriși dețin documentele, vizele medicale și vizele anuale necesare.</w:t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Confirm că am luat la cunoștință regulamentul competiției și regulamentul actual al Federației Române de Judo.</w:t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Îmi asum responsabilitatea pentru delegația pe care o conduc, inclusiv pentru documente și comportamentul membrilor.</w:t>
      </w:r>
    </w:p>
    <w:p>
      <w:pPr>
        <w:spacing w:before="0" w:after="260" w:line="252" w:lineRule="auto"/>
      </w:pPr>
      <w:r>
        <w:rPr>
          <w:rFonts w:ascii="DejaVu Sans" w:hAnsi="DejaVu Sans"/>
          <w:b w:val="0"/>
          <w:color w:val="13213B"/>
          <w:sz w:val="14"/>
        </w:rPr>
        <w:t>☐  Confirm că datele completate în prezentul formular sunt corecte și pot fi utilizate pentru organizarea competiției.</w:t>
      </w:r>
    </w:p>
    <w:p>
      <w:pPr>
        <w:spacing w:after="0" w:before="0" w:line="8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10626"/>
      </w:tblGrid>
      <w:tr>
        <w:trPr>
          <w:cantSplit/>
        </w:trPr>
        <w:tc>
          <w:tcPr>
            <w:tcW w:type="dxa" w:w="1062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81B38"/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2   SEMNĂTURA CONDUCĂTORULUI DELEGAȚIEI</w:t>
            </w:r>
          </w:p>
        </w:tc>
      </w:tr>
    </w:tbl>
    <w:p>
      <w:pPr>
        <w:spacing w:after="0" w:before="0" w:line="6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D5D9E2"/>
          <w:left w:val="nil" w:sz="0" w:color="D5D9E2"/>
          <w:bottom w:val="nil" w:sz="0" w:color="D5D9E2"/>
          <w:right w:val="nil" w:sz="0" w:color="D5D9E2"/>
          <w:insideH w:val="nil" w:sz="0" w:color="D5D9E2"/>
          <w:insideV w:val="nil" w:sz="0" w:color="D5D9E2"/>
        </w:tblBorders>
      </w:tblPr>
      <w:tblGrid>
        <w:gridCol w:w="4680"/>
        <w:gridCol w:w="2120"/>
        <w:gridCol w:w="2160"/>
        <w:gridCol w:w="1666"/>
      </w:tblGrid>
      <w:tr>
        <w:trPr>
          <w:cantSplit/>
        </w:trPr>
        <w:tc>
          <w:tcPr>
            <w:tcW w:type="dxa" w:w="46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Nume și prenume</w:t>
            </w:r>
          </w:p>
        </w:tc>
        <w:tc>
          <w:tcPr>
            <w:tcW w:type="dxa" w:w="212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Data</w:t>
            </w:r>
          </w:p>
        </w:tc>
        <w:tc>
          <w:tcPr>
            <w:tcW w:type="dxa" w:w="21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Localitatea</w:t>
            </w:r>
          </w:p>
        </w:tc>
        <w:tc>
          <w:tcPr>
            <w:tcW w:type="dxa" w:w="16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before="0" w:after="0" w:line="252" w:lineRule="auto"/>
            </w:pPr>
            <w:r>
              <w:rPr>
                <w:rFonts w:ascii="DejaVu Sans" w:hAnsi="DejaVu Sans"/>
                <w:b w:val="0"/>
                <w:color w:val="53627A"/>
                <w:sz w:val="13"/>
              </w:rPr>
              <w:t>Semnătura</w:t>
            </w:r>
          </w:p>
        </w:tc>
      </w:tr>
      <w:tr>
        <w:trPr>
          <w:cantSplit/>
          <w:trHeight w:val="380" w:hRule="atLeast"/>
        </w:trPr>
        <w:tc>
          <w:tcPr>
            <w:tcW w:type="dxa" w:w="468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12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2160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  <w:tc>
          <w:tcPr>
            <w:tcW w:type="dxa" w:w="1666"/>
            <w:vAlign w:val="center"/>
            <w:tcMar>
              <w:top w:w="40" w:type="dxa"/>
              <w:left w:w="40" w:type="dxa"/>
              <w:bottom w:w="40" w:type="dxa"/>
              <w:right w:w="40" w:type="dxa"/>
            </w:tcMar>
            <w:tcBorders>
              <w:top w:val="single" w:sz="4" w:color="D5D9E2"/>
              <w:left w:val="single" w:sz="4" w:color="D5D9E2"/>
              <w:bottom w:val="single" w:sz="4" w:color="D5D9E2"/>
              <w:right w:val="single" w:sz="4" w:color="D5D9E2"/>
            </w:tcBorders>
          </w:tcPr>
          <w:p>
            <w:pPr>
              <w:spacing w:before="0" w:after="0" w:line="252" w:lineRule="auto"/>
            </w:pPr>
          </w:p>
        </w:tc>
      </w:tr>
    </w:tbl>
    <w:p>
      <w:pPr>
        <w:spacing w:after="0" w:before="0" w:line="560" w:lineRule="exact"/>
      </w:pPr>
      <w:r>
        <w:rPr>
          <w:sz w:val="2"/>
        </w:rPr>
      </w:r>
    </w:p>
    <w:p>
      <w:pPr>
        <w:spacing w:before="0" w:after="200" w:line="252" w:lineRule="auto"/>
      </w:pPr>
      <w:r>
        <w:rPr>
          <w:rFonts w:ascii="DejaVu Sans" w:hAnsi="DejaVu Sans"/>
          <w:b w:val="0"/>
          <w:color w:val="13213B"/>
          <w:sz w:val="16"/>
        </w:rPr>
        <w:t>Transmitere formular: WhatsApp - Cătălina 0772 172 745</w:t>
      </w:r>
    </w:p>
    <w:p>
      <w:pPr>
        <w:spacing w:before="0" w:after="0" w:line="252" w:lineRule="auto"/>
      </w:pPr>
      <w:r>
        <w:rPr>
          <w:rFonts w:ascii="DejaVu Sans" w:hAnsi="DejaVu Sans"/>
          <w:b w:val="0"/>
          <w:color w:val="53627A"/>
          <w:sz w:val="14"/>
        </w:rPr>
        <w:t>Pentru întrebări despre taxe, înscrieri și categorii: Andreea 0748 534 115 / Cătălina 0772 172 745</w:t>
      </w:r>
    </w:p>
    <w:sectPr w:rsidR="00FC693F" w:rsidRPr="0006063C" w:rsidSect="00034616">
      <w:footerReference w:type="default" r:id="rId9"/>
      <w:pgSz w:w="11906" w:h="16838"/>
      <w:pgMar w:top="760" w:right="640" w:bottom="640" w:left="640" w:header="720" w:footer="2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626" w:val="right"/>
      </w:tabs>
      <w:spacing w:before="0" w:after="0" w:line="252" w:lineRule="auto"/>
    </w:pPr>
    <w:r>
      <w:rPr>
        <w:rFonts w:ascii="DejaVu Sans" w:hAnsi="DejaVu Sans"/>
        <w:b w:val="0"/>
        <w:color w:val="53627A"/>
        <w:sz w:val="14"/>
      </w:rPr>
      <w:t>Facebook / Instagram: bronxsportclub</w:t>
      <w:tab/>
      <w:t>www.bronxbacau.com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DejaVu Sans" w:hAnsi="DejaVu San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ÎNSCRIERE - JUDO FĂRĂ BARIERE 2026</dc:title>
  <dc:subject/>
  <dc:creator>ACS Bronx Powerlifting Club Bacău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